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7F11C" w14:textId="77777777" w:rsidR="00666132" w:rsidRDefault="007F13EA" w:rsidP="00666132">
      <w:pPr>
        <w:jc w:val="center"/>
        <w:rPr>
          <w:rFonts w:ascii="HG行書体" w:eastAsia="HG行書体"/>
          <w:b/>
          <w:bCs/>
          <w:sz w:val="28"/>
          <w:szCs w:val="28"/>
          <w:lang w:eastAsia="ja-JP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2649DEC6" wp14:editId="08739965">
            <wp:simplePos x="0" y="0"/>
            <wp:positionH relativeFrom="margin">
              <wp:align>center</wp:align>
            </wp:positionH>
            <wp:positionV relativeFrom="paragraph">
              <wp:posOffset>-292735</wp:posOffset>
            </wp:positionV>
            <wp:extent cx="901700" cy="842422"/>
            <wp:effectExtent l="0" t="0" r="0" b="0"/>
            <wp:wrapNone/>
            <wp:docPr id="1109410364" name="図 4" descr="図形, 円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10364" name="図 4" descr="図形, 円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84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8C2CB2" w14:textId="77777777" w:rsidR="00582F8B" w:rsidRDefault="00582F8B" w:rsidP="00666132">
      <w:pPr>
        <w:jc w:val="center"/>
        <w:rPr>
          <w:rFonts w:ascii="HG行書体" w:eastAsia="HG行書体"/>
          <w:b/>
          <w:bCs/>
          <w:sz w:val="28"/>
          <w:szCs w:val="28"/>
          <w:lang w:eastAsia="ja-JP"/>
        </w:rPr>
      </w:pPr>
    </w:p>
    <w:p w14:paraId="225C8048" w14:textId="55D077AE" w:rsidR="00164664" w:rsidRPr="00783173" w:rsidRDefault="00164664" w:rsidP="00666132">
      <w:pPr>
        <w:jc w:val="center"/>
        <w:rPr>
          <w:rFonts w:ascii="HG行書体" w:eastAsia="HG行書体"/>
          <w:b/>
          <w:bCs/>
          <w:sz w:val="28"/>
          <w:szCs w:val="28"/>
          <w:lang w:eastAsia="ja-JP"/>
        </w:rPr>
      </w:pPr>
      <w:r w:rsidRPr="00783173">
        <w:rPr>
          <w:rFonts w:ascii="HG行書体" w:eastAsia="HG行書体" w:hint="eastAsia"/>
          <w:b/>
          <w:bCs/>
          <w:sz w:val="28"/>
          <w:szCs w:val="28"/>
          <w:lang w:eastAsia="ja-JP"/>
        </w:rPr>
        <w:t xml:space="preserve">～ </w:t>
      </w:r>
      <w:r w:rsidR="000A0DC9" w:rsidRPr="00666132">
        <w:rPr>
          <w:rFonts w:ascii="HG行書体" w:eastAsia="HG行書体"/>
          <w:b/>
          <w:bCs/>
          <w:sz w:val="36"/>
          <w:szCs w:val="36"/>
          <w:lang w:eastAsia="ja-JP"/>
        </w:rPr>
        <w:t>安土城築城450年記念特別企画ツアー</w:t>
      </w:r>
      <w:r w:rsidRPr="00783173">
        <w:rPr>
          <w:rFonts w:ascii="HG行書体" w:eastAsia="HG行書体" w:hint="eastAsia"/>
          <w:b/>
          <w:bCs/>
          <w:sz w:val="28"/>
          <w:szCs w:val="28"/>
          <w:lang w:eastAsia="ja-JP"/>
        </w:rPr>
        <w:t>～</w:t>
      </w:r>
    </w:p>
    <w:p w14:paraId="1F527115" w14:textId="228A91D9" w:rsidR="00D23825" w:rsidRPr="0014739B" w:rsidRDefault="007F13EA" w:rsidP="0014739B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lang w:eastAsia="ja-JP"/>
        </w:rPr>
        <w:t>【</w:t>
      </w:r>
      <w:r>
        <w:rPr>
          <w:rFonts w:hint="eastAsia"/>
          <w:sz w:val="36"/>
          <w:szCs w:val="36"/>
          <w:lang w:eastAsia="ja-JP"/>
        </w:rPr>
        <w:t xml:space="preserve"> </w:t>
      </w:r>
      <w:r w:rsidR="0014739B" w:rsidRPr="00376AE9">
        <w:rPr>
          <w:rFonts w:hint="eastAsia"/>
          <w:b/>
          <w:bCs/>
          <w:sz w:val="36"/>
          <w:szCs w:val="36"/>
          <w:lang w:eastAsia="ja-JP"/>
        </w:rPr>
        <w:t xml:space="preserve">参　加　</w:t>
      </w:r>
      <w:r w:rsidRPr="00376AE9">
        <w:rPr>
          <w:b/>
          <w:bCs/>
          <w:sz w:val="36"/>
          <w:szCs w:val="36"/>
          <w:lang w:eastAsia="ja-JP"/>
        </w:rPr>
        <w:t>申</w:t>
      </w:r>
      <w:r w:rsidR="0014739B" w:rsidRPr="00376AE9">
        <w:rPr>
          <w:rFonts w:hint="eastAsia"/>
          <w:b/>
          <w:bCs/>
          <w:sz w:val="36"/>
          <w:szCs w:val="36"/>
          <w:lang w:eastAsia="ja-JP"/>
        </w:rPr>
        <w:t xml:space="preserve">　</w:t>
      </w:r>
      <w:r w:rsidRPr="00376AE9">
        <w:rPr>
          <w:b/>
          <w:bCs/>
          <w:sz w:val="36"/>
          <w:szCs w:val="36"/>
          <w:lang w:eastAsia="ja-JP"/>
        </w:rPr>
        <w:t>込</w:t>
      </w:r>
      <w:r w:rsidR="0014739B" w:rsidRPr="00376AE9">
        <w:rPr>
          <w:rFonts w:hint="eastAsia"/>
          <w:b/>
          <w:bCs/>
          <w:sz w:val="36"/>
          <w:szCs w:val="36"/>
          <w:lang w:eastAsia="ja-JP"/>
        </w:rPr>
        <w:t xml:space="preserve">　</w:t>
      </w:r>
      <w:r w:rsidRPr="00376AE9">
        <w:rPr>
          <w:b/>
          <w:bCs/>
          <w:sz w:val="36"/>
          <w:szCs w:val="36"/>
          <w:lang w:eastAsia="ja-JP"/>
        </w:rPr>
        <w:t>書</w:t>
      </w:r>
      <w:r>
        <w:rPr>
          <w:rFonts w:hint="eastAsia"/>
          <w:sz w:val="36"/>
          <w:szCs w:val="36"/>
          <w:lang w:eastAsia="ja-JP"/>
        </w:rPr>
        <w:t xml:space="preserve"> </w:t>
      </w:r>
      <w:r>
        <w:rPr>
          <w:rFonts w:hint="eastAsia"/>
          <w:sz w:val="36"/>
          <w:szCs w:val="36"/>
          <w:lang w:eastAsia="ja-JP"/>
        </w:rPr>
        <w:t>】</w:t>
      </w:r>
    </w:p>
    <w:p w14:paraId="5F6DE96D" w14:textId="723EB5F7" w:rsidR="0014739B" w:rsidRDefault="00FF5CA0" w:rsidP="00164664">
      <w:pPr>
        <w:spacing w:afterLines="50" w:after="120" w:line="240" w:lineRule="auto"/>
        <w:rPr>
          <w:b/>
          <w:bCs/>
          <w:sz w:val="24"/>
          <w:szCs w:val="24"/>
          <w:lang w:eastAsia="ja-JP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DC5F4EB" wp14:editId="7C78C5C5">
            <wp:simplePos x="0" y="0"/>
            <wp:positionH relativeFrom="column">
              <wp:posOffset>5055870</wp:posOffset>
            </wp:positionH>
            <wp:positionV relativeFrom="paragraph">
              <wp:posOffset>229870</wp:posOffset>
            </wp:positionV>
            <wp:extent cx="806450" cy="806450"/>
            <wp:effectExtent l="0" t="0" r="0" b="0"/>
            <wp:wrapThrough wrapText="bothSides">
              <wp:wrapPolygon edited="0">
                <wp:start x="0" y="0"/>
                <wp:lineTo x="0" y="20920"/>
                <wp:lineTo x="20920" y="20920"/>
                <wp:lineTo x="20920" y="0"/>
                <wp:lineTo x="0" y="0"/>
              </wp:wrapPolygon>
            </wp:wrapThrough>
            <wp:docPr id="39571795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135">
        <w:rPr>
          <w:rFonts w:hint="eastAsia"/>
          <w:b/>
          <w:bCs/>
          <w:sz w:val="24"/>
          <w:szCs w:val="24"/>
          <w:lang w:eastAsia="ja-JP"/>
        </w:rPr>
        <w:t>原則</w:t>
      </w:r>
      <w:r w:rsidR="00666132">
        <w:rPr>
          <w:rFonts w:hint="eastAsia"/>
          <w:b/>
          <w:bCs/>
          <w:sz w:val="24"/>
          <w:szCs w:val="24"/>
          <w:lang w:eastAsia="ja-JP"/>
        </w:rPr>
        <w:t>Google</w:t>
      </w:r>
      <w:r w:rsidR="00666132">
        <w:rPr>
          <w:rFonts w:hint="eastAsia"/>
          <w:b/>
          <w:bCs/>
          <w:sz w:val="24"/>
          <w:szCs w:val="24"/>
          <w:lang w:eastAsia="ja-JP"/>
        </w:rPr>
        <w:t>フォーム</w:t>
      </w:r>
      <w:r w:rsidR="00437135">
        <w:rPr>
          <w:rFonts w:hint="eastAsia"/>
          <w:b/>
          <w:bCs/>
          <w:sz w:val="24"/>
          <w:szCs w:val="24"/>
          <w:lang w:eastAsia="ja-JP"/>
        </w:rPr>
        <w:t>（下記</w:t>
      </w:r>
      <w:r w:rsidR="00437135">
        <w:rPr>
          <w:rFonts w:hint="eastAsia"/>
          <w:b/>
          <w:bCs/>
          <w:sz w:val="24"/>
          <w:szCs w:val="24"/>
          <w:lang w:eastAsia="ja-JP"/>
        </w:rPr>
        <w:t xml:space="preserve">URL </w:t>
      </w:r>
      <w:r>
        <w:rPr>
          <w:rFonts w:hint="eastAsia"/>
          <w:b/>
          <w:bCs/>
          <w:sz w:val="24"/>
          <w:szCs w:val="24"/>
          <w:lang w:eastAsia="ja-JP"/>
        </w:rPr>
        <w:t>又は</w:t>
      </w:r>
      <w:r w:rsidR="00437135">
        <w:rPr>
          <w:rFonts w:hint="eastAsia"/>
          <w:b/>
          <w:bCs/>
          <w:sz w:val="24"/>
          <w:szCs w:val="24"/>
          <w:lang w:eastAsia="ja-JP"/>
        </w:rPr>
        <w:t>QR</w:t>
      </w:r>
      <w:r w:rsidR="00437135">
        <w:rPr>
          <w:rFonts w:hint="eastAsia"/>
          <w:b/>
          <w:bCs/>
          <w:sz w:val="24"/>
          <w:szCs w:val="24"/>
          <w:lang w:eastAsia="ja-JP"/>
        </w:rPr>
        <w:t>コード）</w:t>
      </w:r>
      <w:r w:rsidR="00666132">
        <w:rPr>
          <w:rFonts w:hint="eastAsia"/>
          <w:b/>
          <w:bCs/>
          <w:sz w:val="24"/>
          <w:szCs w:val="24"/>
          <w:lang w:eastAsia="ja-JP"/>
        </w:rPr>
        <w:t>から</w:t>
      </w:r>
      <w:r w:rsidR="00D978B9" w:rsidRPr="00376AE9">
        <w:rPr>
          <w:b/>
          <w:bCs/>
          <w:sz w:val="24"/>
          <w:szCs w:val="24"/>
          <w:lang w:eastAsia="ja-JP"/>
        </w:rPr>
        <w:t>お申込</w:t>
      </w:r>
      <w:r w:rsidR="00437135">
        <w:rPr>
          <w:rFonts w:hint="eastAsia"/>
          <w:b/>
          <w:bCs/>
          <w:sz w:val="24"/>
          <w:szCs w:val="24"/>
          <w:lang w:eastAsia="ja-JP"/>
        </w:rPr>
        <w:t>にご協力願います！</w:t>
      </w:r>
    </w:p>
    <w:p w14:paraId="040DFBAE" w14:textId="1E7BBC82" w:rsidR="00E410E2" w:rsidRDefault="0014739B" w:rsidP="00164664">
      <w:pPr>
        <w:spacing w:afterLines="50" w:after="120" w:line="240" w:lineRule="auto"/>
        <w:rPr>
          <w:lang w:eastAsia="ja-JP"/>
        </w:rPr>
      </w:pPr>
      <w:r>
        <w:rPr>
          <w:rFonts w:hint="eastAsia"/>
          <w:lang w:eastAsia="ja-JP"/>
        </w:rPr>
        <w:t xml:space="preserve"> </w:t>
      </w:r>
      <w:r w:rsidR="00D5780F">
        <w:rPr>
          <w:rFonts w:hint="eastAsia"/>
          <w:lang w:eastAsia="ja-JP"/>
        </w:rPr>
        <w:t>【申込期限：</w:t>
      </w:r>
      <w:r w:rsidR="00743418">
        <w:rPr>
          <w:rFonts w:hint="eastAsia"/>
          <w:lang w:eastAsia="ja-JP"/>
        </w:rPr>
        <w:t>各</w:t>
      </w:r>
      <w:r w:rsidR="00011F23">
        <w:rPr>
          <w:rFonts w:hint="eastAsia"/>
          <w:lang w:eastAsia="ja-JP"/>
        </w:rPr>
        <w:t>開催日の</w:t>
      </w:r>
      <w:r w:rsidR="00011F23">
        <w:rPr>
          <w:rFonts w:hint="eastAsia"/>
          <w:lang w:eastAsia="ja-JP"/>
        </w:rPr>
        <w:t>5</w:t>
      </w:r>
      <w:r w:rsidR="00011F23">
        <w:rPr>
          <w:rFonts w:hint="eastAsia"/>
          <w:lang w:eastAsia="ja-JP"/>
        </w:rPr>
        <w:t>日前まで</w:t>
      </w:r>
      <w:r w:rsidR="00D5780F">
        <w:rPr>
          <w:rFonts w:hint="eastAsia"/>
          <w:lang w:eastAsia="ja-JP"/>
        </w:rPr>
        <w:t>】</w:t>
      </w:r>
      <w:r w:rsidR="00743418">
        <w:rPr>
          <w:rFonts w:hint="eastAsia"/>
          <w:lang w:eastAsia="ja-JP"/>
        </w:rPr>
        <w:t>（お電話でも可能です）</w:t>
      </w:r>
    </w:p>
    <w:p w14:paraId="1DDA75BD" w14:textId="6EEAB8C1" w:rsidR="00743418" w:rsidRDefault="00743418" w:rsidP="005C2446">
      <w:pPr>
        <w:snapToGrid w:val="0"/>
        <w:spacing w:after="0" w:line="240" w:lineRule="auto"/>
        <w:rPr>
          <w:lang w:eastAsia="ja-JP"/>
        </w:rPr>
      </w:pPr>
      <w:r>
        <w:rPr>
          <w:rFonts w:hint="eastAsia"/>
          <w:lang w:eastAsia="ja-JP"/>
        </w:rPr>
        <w:t xml:space="preserve"> </w:t>
      </w:r>
      <w:r w:rsidR="005C2446">
        <w:rPr>
          <w:rFonts w:hint="eastAsia"/>
          <w:lang w:eastAsia="ja-JP"/>
        </w:rPr>
        <w:t xml:space="preserve">　</w:t>
      </w:r>
      <w:r w:rsidR="00666132">
        <w:rPr>
          <w:rFonts w:hint="eastAsia"/>
          <w:lang w:eastAsia="ja-JP"/>
        </w:rPr>
        <w:t>申込先：</w:t>
      </w:r>
      <w:r w:rsidR="005C2446">
        <w:rPr>
          <w:rFonts w:hint="eastAsia"/>
          <w:lang w:eastAsia="ja-JP"/>
        </w:rPr>
        <w:t xml:space="preserve">①②④企画　</w:t>
      </w:r>
      <w:r w:rsidRPr="00743418">
        <w:rPr>
          <w:lang w:eastAsia="ja-JP"/>
        </w:rPr>
        <w:t>安土城築城</w:t>
      </w:r>
      <w:r w:rsidRPr="00743418">
        <w:rPr>
          <w:lang w:eastAsia="ja-JP"/>
        </w:rPr>
        <w:t>450</w:t>
      </w:r>
      <w:r w:rsidRPr="00743418">
        <w:rPr>
          <w:lang w:eastAsia="ja-JP"/>
        </w:rPr>
        <w:t>年</w:t>
      </w:r>
      <w:r>
        <w:rPr>
          <w:rFonts w:hint="eastAsia"/>
          <w:lang w:eastAsia="ja-JP"/>
        </w:rPr>
        <w:t>協議会事務局</w:t>
      </w:r>
      <w:r w:rsidR="00FF5CA0">
        <w:rPr>
          <w:rFonts w:hint="eastAsia"/>
          <w:lang w:eastAsia="ja-JP"/>
        </w:rPr>
        <w:t xml:space="preserve">　　　　</w:t>
      </w:r>
      <w:r w:rsidR="00FF5CA0" w:rsidRPr="00FF5CA0">
        <w:rPr>
          <w:rFonts w:hint="eastAsia"/>
          <w:b/>
          <w:bCs/>
          <w:sz w:val="21"/>
          <w:szCs w:val="21"/>
          <w:lang w:eastAsia="ja-JP"/>
        </w:rPr>
        <w:t>①②④申込⇒</w:t>
      </w:r>
    </w:p>
    <w:p w14:paraId="735080A3" w14:textId="763F1D99" w:rsidR="004451E1" w:rsidRPr="00FF5CA0" w:rsidRDefault="004451E1" w:rsidP="005C2446">
      <w:pPr>
        <w:snapToGrid w:val="0"/>
        <w:spacing w:after="0" w:line="240" w:lineRule="auto"/>
        <w:rPr>
          <w:b/>
          <w:bCs/>
          <w:sz w:val="21"/>
          <w:szCs w:val="21"/>
          <w:lang w:eastAsia="ja-JP"/>
        </w:rPr>
      </w:pPr>
      <w:r>
        <w:rPr>
          <w:rFonts w:hint="eastAsia"/>
          <w:lang w:eastAsia="ja-JP"/>
        </w:rPr>
        <w:t xml:space="preserve">　　</w:t>
      </w:r>
      <w:r w:rsidR="005C2446">
        <w:rPr>
          <w:rFonts w:hint="eastAsia"/>
          <w:lang w:eastAsia="ja-JP"/>
        </w:rPr>
        <w:t xml:space="preserve">　　　　</w:t>
      </w:r>
      <w:r w:rsidR="005C2446">
        <w:rPr>
          <w:rFonts w:hint="eastAsia"/>
          <w:lang w:eastAsia="ja-JP"/>
        </w:rPr>
        <w:t>URL</w:t>
      </w:r>
      <w:r>
        <w:rPr>
          <w:rFonts w:hint="eastAsia"/>
          <w:lang w:eastAsia="ja-JP"/>
        </w:rPr>
        <w:t>［</w:t>
      </w:r>
      <w:hyperlink r:id="rId8" w:history="1">
        <w:r w:rsidRPr="00A83134">
          <w:rPr>
            <w:rStyle w:val="aff"/>
            <w:lang w:eastAsia="ja-JP"/>
          </w:rPr>
          <w:t>https://forms.gle/jGev7GZptwhmaZVE9</w:t>
        </w:r>
      </w:hyperlink>
      <w:r>
        <w:rPr>
          <w:rFonts w:hint="eastAsia"/>
          <w:lang w:eastAsia="ja-JP"/>
        </w:rPr>
        <w:t>］</w:t>
      </w:r>
      <w:r w:rsidR="00FF5CA0">
        <w:rPr>
          <w:rFonts w:hint="eastAsia"/>
          <w:lang w:eastAsia="ja-JP"/>
        </w:rPr>
        <w:t xml:space="preserve">　　</w:t>
      </w:r>
      <w:r w:rsidR="00FF5CA0">
        <w:rPr>
          <w:rFonts w:hint="eastAsia"/>
          <w:lang w:eastAsia="ja-JP"/>
        </w:rPr>
        <w:t xml:space="preserve">  </w:t>
      </w:r>
    </w:p>
    <w:p w14:paraId="38C8F311" w14:textId="2CAF019E" w:rsidR="00D23825" w:rsidRDefault="00FF5CA0" w:rsidP="005C2446">
      <w:pPr>
        <w:snapToGrid w:val="0"/>
        <w:spacing w:after="0"/>
        <w:ind w:firstLineChars="500" w:firstLine="1100"/>
        <w:rPr>
          <w:sz w:val="24"/>
          <w:szCs w:val="24"/>
          <w:lang w:eastAsia="ja-JP"/>
        </w:rPr>
      </w:pPr>
      <w:r>
        <w:rPr>
          <w:noProof/>
          <w:lang w:val="ja-JP" w:eastAsia="ja-JP"/>
        </w:rPr>
        <w:drawing>
          <wp:anchor distT="0" distB="0" distL="114300" distR="114300" simplePos="0" relativeHeight="251661312" behindDoc="0" locked="0" layoutInCell="1" allowOverlap="1" wp14:anchorId="73C92CFE" wp14:editId="7AEFE2E7">
            <wp:simplePos x="0" y="0"/>
            <wp:positionH relativeFrom="column">
              <wp:posOffset>5062220</wp:posOffset>
            </wp:positionH>
            <wp:positionV relativeFrom="paragraph">
              <wp:posOffset>130175</wp:posOffset>
            </wp:positionV>
            <wp:extent cx="800100" cy="800100"/>
            <wp:effectExtent l="0" t="0" r="0" b="0"/>
            <wp:wrapThrough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hrough>
            <wp:docPr id="38795354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53544" name="図 3879535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1E1" w:rsidRPr="004451E1">
        <w:rPr>
          <w:rFonts w:hint="eastAsia"/>
          <w:lang w:eastAsia="ja-JP"/>
        </w:rPr>
        <w:t>（</w:t>
      </w:r>
      <w:r w:rsidR="00164664" w:rsidRPr="004451E1">
        <w:t>Mail</w:t>
      </w:r>
      <w:r w:rsidR="00164664" w:rsidRPr="004451E1">
        <w:t>：</w:t>
      </w:r>
      <w:r w:rsidR="00164664" w:rsidRPr="004451E1">
        <w:t xml:space="preserve">omi8@sweet.ocn.ne.jp </w:t>
      </w:r>
      <w:r w:rsidR="00D978B9" w:rsidRPr="004451E1">
        <w:rPr>
          <w:rFonts w:hint="eastAsia"/>
          <w:lang w:eastAsia="ja-JP"/>
        </w:rPr>
        <w:t xml:space="preserve">　</w:t>
      </w:r>
      <w:r w:rsidR="00164664" w:rsidRPr="004451E1">
        <w:t>FAX</w:t>
      </w:r>
      <w:r w:rsidR="00164664" w:rsidRPr="004451E1">
        <w:t>：</w:t>
      </w:r>
      <w:r w:rsidR="00164664" w:rsidRPr="004451E1">
        <w:t>0748-31-2393</w:t>
      </w:r>
      <w:r w:rsidR="004451E1" w:rsidRPr="004451E1">
        <w:rPr>
          <w:rFonts w:hint="eastAsia"/>
          <w:lang w:eastAsia="ja-JP"/>
        </w:rPr>
        <w:t>）</w:t>
      </w:r>
      <w:r w:rsidR="00B907FA" w:rsidRPr="004451E1">
        <w:rPr>
          <w:rFonts w:hint="eastAsia"/>
          <w:sz w:val="24"/>
          <w:szCs w:val="24"/>
          <w:lang w:eastAsia="ja-JP"/>
        </w:rPr>
        <w:t xml:space="preserve">　</w:t>
      </w:r>
    </w:p>
    <w:p w14:paraId="122F2418" w14:textId="748F8415" w:rsidR="005C2446" w:rsidRDefault="005C2446" w:rsidP="005C2446">
      <w:pPr>
        <w:snapToGrid w:val="0"/>
        <w:spacing w:beforeLines="50" w:before="120" w:after="0"/>
        <w:ind w:firstLineChars="500" w:firstLine="1100"/>
        <w:rPr>
          <w:lang w:eastAsia="ja-JP"/>
        </w:rPr>
      </w:pPr>
      <w:r w:rsidRPr="005C2446">
        <w:rPr>
          <w:rFonts w:hint="eastAsia"/>
          <w:lang w:eastAsia="ja-JP"/>
        </w:rPr>
        <w:t>③企画</w:t>
      </w:r>
      <w:r>
        <w:rPr>
          <w:rFonts w:hint="eastAsia"/>
          <w:lang w:eastAsia="ja-JP"/>
        </w:rPr>
        <w:t xml:space="preserve">　</w:t>
      </w:r>
      <w:r w:rsidRPr="005C2446">
        <w:rPr>
          <w:lang w:eastAsia="ja-JP"/>
        </w:rPr>
        <w:t>株式会社</w:t>
      </w:r>
      <w:r w:rsidRPr="005C2446">
        <w:rPr>
          <w:lang w:eastAsia="ja-JP"/>
        </w:rPr>
        <w:t>Wallaby</w:t>
      </w:r>
      <w:r w:rsidRPr="005C2446">
        <w:rPr>
          <w:lang w:eastAsia="ja-JP"/>
        </w:rPr>
        <w:t xml:space="preserve">　</w:t>
      </w:r>
      <w:r w:rsidR="00FF5CA0">
        <w:rPr>
          <w:rFonts w:hint="eastAsia"/>
          <w:lang w:eastAsia="ja-JP"/>
        </w:rPr>
        <w:t xml:space="preserve">　　　　　　　　　　　　　　</w:t>
      </w:r>
    </w:p>
    <w:p w14:paraId="3A212BA7" w14:textId="2CE20E0C" w:rsidR="005C2446" w:rsidRDefault="005C2446" w:rsidP="005C2446">
      <w:pPr>
        <w:snapToGrid w:val="0"/>
        <w:spacing w:after="0" w:line="240" w:lineRule="auto"/>
        <w:ind w:firstLineChars="500" w:firstLine="1100"/>
        <w:rPr>
          <w:lang w:eastAsia="ja-JP"/>
        </w:rPr>
      </w:pPr>
      <w:r w:rsidRPr="005C2446">
        <w:rPr>
          <w:lang w:eastAsia="ja-JP"/>
        </w:rPr>
        <w:t xml:space="preserve">　</w:t>
      </w:r>
      <w:r w:rsidRPr="005C2446">
        <w:rPr>
          <w:lang w:eastAsia="ja-JP"/>
        </w:rPr>
        <w:t>URL</w:t>
      </w:r>
      <w:r w:rsidRPr="005C2446">
        <w:rPr>
          <w:lang w:eastAsia="ja-JP"/>
        </w:rPr>
        <w:t>［</w:t>
      </w:r>
      <w:hyperlink r:id="rId10" w:history="1">
        <w:r w:rsidR="00FF5CA0" w:rsidRPr="00DE7B0D">
          <w:rPr>
            <w:rStyle w:val="aff"/>
            <w:lang w:eastAsia="ja-JP"/>
          </w:rPr>
          <w:t>https://forms.gle/tGzgnpYNuKvHzN6v6</w:t>
        </w:r>
      </w:hyperlink>
      <w:r w:rsidRPr="005C2446">
        <w:rPr>
          <w:lang w:eastAsia="ja-JP"/>
        </w:rPr>
        <w:t>］</w:t>
      </w:r>
      <w:r w:rsidR="00FF5CA0">
        <w:rPr>
          <w:rFonts w:hint="eastAsia"/>
          <w:lang w:eastAsia="ja-JP"/>
        </w:rPr>
        <w:t xml:space="preserve">　　　　</w:t>
      </w:r>
      <w:r w:rsidR="00FF5CA0">
        <w:rPr>
          <w:rFonts w:hint="eastAsia"/>
          <w:lang w:eastAsia="ja-JP"/>
        </w:rPr>
        <w:t xml:space="preserve"> </w:t>
      </w:r>
      <w:r w:rsidR="00FF5CA0" w:rsidRPr="00FF5CA0">
        <w:rPr>
          <w:rFonts w:hint="eastAsia"/>
          <w:b/>
          <w:bCs/>
          <w:sz w:val="21"/>
          <w:szCs w:val="21"/>
          <w:lang w:eastAsia="ja-JP"/>
        </w:rPr>
        <w:t>③</w:t>
      </w:r>
      <w:r w:rsidR="00FF5CA0" w:rsidRPr="00FF5CA0">
        <w:rPr>
          <w:b/>
          <w:bCs/>
          <w:sz w:val="21"/>
          <w:szCs w:val="21"/>
          <w:lang w:eastAsia="ja-JP"/>
        </w:rPr>
        <w:t>申込</w:t>
      </w:r>
      <w:r w:rsidR="00FF5CA0" w:rsidRPr="00FF5CA0">
        <w:rPr>
          <w:b/>
          <w:bCs/>
          <w:sz w:val="21"/>
          <w:szCs w:val="21"/>
          <w:lang w:eastAsia="ja-JP"/>
        </w:rPr>
        <w:t>⇒</w:t>
      </w:r>
    </w:p>
    <w:p w14:paraId="7C0442A3" w14:textId="68DE0644" w:rsidR="005C2446" w:rsidRPr="004451E1" w:rsidRDefault="005C2446" w:rsidP="00FF5CA0">
      <w:pPr>
        <w:snapToGrid w:val="0"/>
        <w:spacing w:afterLines="50" w:after="120"/>
        <w:ind w:leftChars="550" w:left="1320" w:hangingChars="50" w:hanging="110"/>
        <w:rPr>
          <w:sz w:val="24"/>
          <w:szCs w:val="24"/>
        </w:rPr>
      </w:pPr>
      <w:r w:rsidRPr="005C2446">
        <w:rPr>
          <w:rFonts w:asciiTheme="minorEastAsia" w:hAnsiTheme="minorEastAsia" w:hint="eastAsia"/>
          <w:lang w:eastAsia="ja-JP"/>
        </w:rPr>
        <w:t>(</w:t>
      </w:r>
      <w:r w:rsidRPr="005C2446">
        <w:rPr>
          <w:rFonts w:asciiTheme="minorEastAsia" w:hAnsiTheme="minorEastAsia"/>
          <w:lang w:eastAsia="ja-JP"/>
        </w:rPr>
        <w:t>Mail：</w:t>
      </w:r>
      <w:r w:rsidRPr="005C2446">
        <w:rPr>
          <w:rFonts w:asciiTheme="minorEastAsia" w:hAnsiTheme="minorEastAsia"/>
          <w:lang w:eastAsia="ja-JP"/>
        </w:rPr>
        <w:fldChar w:fldCharType="begin"/>
      </w:r>
      <w:r w:rsidRPr="005C2446">
        <w:rPr>
          <w:rFonts w:asciiTheme="minorEastAsia" w:hAnsiTheme="minorEastAsia"/>
          <w:lang w:eastAsia="ja-JP"/>
        </w:rPr>
        <w:instrText>HYPERLINK "mailto:ykamigo1999@gmail.com"</w:instrText>
      </w:r>
      <w:r w:rsidRPr="005C2446">
        <w:rPr>
          <w:rFonts w:asciiTheme="minorEastAsia" w:hAnsiTheme="minorEastAsia"/>
          <w:lang w:eastAsia="ja-JP"/>
        </w:rPr>
      </w:r>
      <w:r w:rsidRPr="005C2446">
        <w:rPr>
          <w:rFonts w:asciiTheme="minorEastAsia" w:hAnsiTheme="minorEastAsia"/>
          <w:lang w:eastAsia="ja-JP"/>
        </w:rPr>
        <w:fldChar w:fldCharType="separate"/>
      </w:r>
      <w:r w:rsidRPr="005C2446">
        <w:rPr>
          <w:rStyle w:val="aff"/>
          <w:rFonts w:asciiTheme="minorEastAsia" w:hAnsiTheme="minorEastAsia"/>
          <w:lang w:eastAsia="ja-JP"/>
        </w:rPr>
        <w:t>ykamigo1999@gmail.com</w:t>
      </w:r>
      <w:r w:rsidRPr="005C2446">
        <w:rPr>
          <w:rFonts w:asciiTheme="minorEastAsia" w:hAnsiTheme="minorEastAsia"/>
          <w:lang w:eastAsia="ja-JP"/>
        </w:rPr>
        <w:fldChar w:fldCharType="end"/>
      </w:r>
      <w:r w:rsidRPr="005C2446">
        <w:rPr>
          <w:rFonts w:asciiTheme="minorEastAsia" w:hAnsiTheme="minorEastAsia" w:hint="eastAsia"/>
          <w:lang w:eastAsia="ja-JP"/>
        </w:rPr>
        <w:t xml:space="preserve">　</w:t>
      </w:r>
      <w:r w:rsidRPr="005C2446">
        <w:rPr>
          <w:rFonts w:asciiTheme="minorEastAsia" w:hAnsiTheme="minorEastAsia" w:hint="eastAsia"/>
        </w:rPr>
        <w:t xml:space="preserve"> </w:t>
      </w:r>
      <w:r w:rsidRPr="005C2446">
        <w:rPr>
          <w:rFonts w:asciiTheme="minorEastAsia" w:hAnsiTheme="minorEastAsia"/>
          <w:lang w:eastAsia="ja-JP"/>
        </w:rPr>
        <w:t>TEL：090-1890-5892</w:t>
      </w:r>
      <w:r w:rsidRPr="005C2446">
        <w:rPr>
          <w:rFonts w:asciiTheme="minorEastAsia" w:hAnsiTheme="minorEastAsia" w:hint="eastAsia"/>
          <w:lang w:eastAsia="ja-JP"/>
        </w:rPr>
        <w:t>)</w:t>
      </w:r>
    </w:p>
    <w:tbl>
      <w:tblPr>
        <w:tblStyle w:val="afe"/>
        <w:tblW w:w="0" w:type="auto"/>
        <w:tblInd w:w="657" w:type="dxa"/>
        <w:tblLook w:val="04A0" w:firstRow="1" w:lastRow="0" w:firstColumn="1" w:lastColumn="0" w:noHBand="0" w:noVBand="1"/>
      </w:tblPr>
      <w:tblGrid>
        <w:gridCol w:w="2789"/>
        <w:gridCol w:w="5309"/>
      </w:tblGrid>
      <w:tr w:rsidR="00D23825" w14:paraId="0CB20536" w14:textId="77777777" w:rsidTr="001B7D30">
        <w:trPr>
          <w:trHeight w:val="388"/>
        </w:trPr>
        <w:tc>
          <w:tcPr>
            <w:tcW w:w="2789" w:type="dxa"/>
          </w:tcPr>
          <w:p w14:paraId="1021B51C" w14:textId="2E8CD1D3" w:rsidR="00D23825" w:rsidRDefault="00582F8B">
            <w:proofErr w:type="spellStart"/>
            <w:r>
              <w:t>参加希望</w:t>
            </w:r>
            <w:proofErr w:type="spellEnd"/>
            <w:r w:rsidR="00E86E98">
              <w:rPr>
                <w:rFonts w:hint="eastAsia"/>
                <w:lang w:eastAsia="ja-JP"/>
              </w:rPr>
              <w:t>ツアー</w:t>
            </w:r>
            <w:r w:rsidR="00BD15BE">
              <w:rPr>
                <w:rFonts w:hint="eastAsia"/>
                <w:lang w:eastAsia="ja-JP"/>
              </w:rPr>
              <w:t>日</w:t>
            </w:r>
          </w:p>
        </w:tc>
        <w:tc>
          <w:tcPr>
            <w:tcW w:w="5309" w:type="dxa"/>
          </w:tcPr>
          <w:p w14:paraId="54E9420E" w14:textId="452C121A" w:rsidR="00666132" w:rsidRDefault="00BD15BE" w:rsidP="006F48D6">
            <w:pPr>
              <w:ind w:firstLineChars="50" w:firstLine="11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□</w:t>
            </w:r>
            <w:r w:rsidR="00D93153">
              <w:rPr>
                <w:rFonts w:hint="eastAsia"/>
                <w:lang w:eastAsia="ja-JP"/>
              </w:rPr>
              <w:t>10/18</w:t>
            </w:r>
            <w:r w:rsidR="00666132">
              <w:rPr>
                <w:rFonts w:hint="eastAsia"/>
                <w:lang w:eastAsia="ja-JP"/>
              </w:rPr>
              <w:t>（日）</w:t>
            </w:r>
            <w:r w:rsidR="00D93153">
              <w:rPr>
                <w:rFonts w:hint="eastAsia"/>
                <w:lang w:eastAsia="ja-JP"/>
              </w:rPr>
              <w:t xml:space="preserve">　</w:t>
            </w:r>
            <w:r w:rsidR="00666132">
              <w:rPr>
                <w:rFonts w:hint="eastAsia"/>
                <w:lang w:eastAsia="ja-JP"/>
              </w:rPr>
              <w:t xml:space="preserve">　　　　　</w:t>
            </w:r>
            <w:r w:rsidR="00666132">
              <w:rPr>
                <w:rFonts w:hint="eastAsia"/>
                <w:lang w:eastAsia="ja-JP"/>
              </w:rPr>
              <w:t xml:space="preserve">  </w:t>
            </w:r>
            <w:r w:rsidR="00D93153">
              <w:rPr>
                <w:rFonts w:hint="eastAsia"/>
                <w:lang w:eastAsia="ja-JP"/>
              </w:rPr>
              <w:t>□</w:t>
            </w:r>
            <w:r w:rsidR="001E4276">
              <w:rPr>
                <w:rFonts w:hint="eastAsia"/>
                <w:lang w:eastAsia="ja-JP"/>
              </w:rPr>
              <w:t>10/24</w:t>
            </w:r>
            <w:r w:rsidR="00666132">
              <w:rPr>
                <w:rFonts w:hint="eastAsia"/>
                <w:lang w:eastAsia="ja-JP"/>
              </w:rPr>
              <w:t>（土）</w:t>
            </w:r>
            <w:r w:rsidR="001E4276">
              <w:rPr>
                <w:rFonts w:hint="eastAsia"/>
                <w:lang w:eastAsia="ja-JP"/>
              </w:rPr>
              <w:t xml:space="preserve">　</w:t>
            </w:r>
          </w:p>
          <w:p w14:paraId="782DB628" w14:textId="6C4D4B42" w:rsidR="00D23825" w:rsidRDefault="001E4276" w:rsidP="006F48D6">
            <w:pPr>
              <w:ind w:firstLineChars="50" w:firstLine="110"/>
            </w:pPr>
            <w:r>
              <w:rPr>
                <w:rFonts w:hint="eastAsia"/>
                <w:lang w:eastAsia="ja-JP"/>
              </w:rPr>
              <w:t>□</w:t>
            </w:r>
            <w:r w:rsidR="003B15F7">
              <w:rPr>
                <w:rFonts w:hint="eastAsia"/>
                <w:lang w:eastAsia="ja-JP"/>
              </w:rPr>
              <w:t>1</w:t>
            </w:r>
            <w:r w:rsidR="006F48D6">
              <w:rPr>
                <w:rFonts w:hint="eastAsia"/>
                <w:lang w:eastAsia="ja-JP"/>
              </w:rPr>
              <w:t>1</w:t>
            </w:r>
            <w:r w:rsidR="003B15F7">
              <w:rPr>
                <w:rFonts w:hint="eastAsia"/>
                <w:lang w:eastAsia="ja-JP"/>
              </w:rPr>
              <w:t>/14</w:t>
            </w:r>
            <w:r w:rsidR="00666132">
              <w:rPr>
                <w:rFonts w:hint="eastAsia"/>
                <w:lang w:eastAsia="ja-JP"/>
              </w:rPr>
              <w:t>（土）</w:t>
            </w:r>
            <w:r w:rsidR="000973E7" w:rsidRPr="000973E7">
              <w:rPr>
                <w:rFonts w:hint="eastAsia"/>
                <w:sz w:val="18"/>
                <w:szCs w:val="18"/>
                <w:lang w:eastAsia="ja-JP"/>
              </w:rPr>
              <w:t>～</w:t>
            </w:r>
            <w:r w:rsidR="003B15F7">
              <w:rPr>
                <w:rFonts w:hint="eastAsia"/>
                <w:lang w:eastAsia="ja-JP"/>
              </w:rPr>
              <w:t>15</w:t>
            </w:r>
            <w:r w:rsidR="00666132">
              <w:rPr>
                <w:rFonts w:hint="eastAsia"/>
                <w:lang w:eastAsia="ja-JP"/>
              </w:rPr>
              <w:t>（日）</w:t>
            </w:r>
            <w:r w:rsidR="000973E7">
              <w:rPr>
                <w:rFonts w:hint="eastAsia"/>
                <w:lang w:eastAsia="ja-JP"/>
              </w:rPr>
              <w:t xml:space="preserve">　</w:t>
            </w:r>
            <w:r w:rsidR="00666132">
              <w:rPr>
                <w:rFonts w:hint="eastAsia"/>
                <w:lang w:eastAsia="ja-JP"/>
              </w:rPr>
              <w:t xml:space="preserve">   </w:t>
            </w:r>
            <w:r w:rsidR="000973E7">
              <w:rPr>
                <w:rFonts w:hint="eastAsia"/>
                <w:lang w:eastAsia="ja-JP"/>
              </w:rPr>
              <w:t>□</w:t>
            </w:r>
            <w:r w:rsidR="000973E7">
              <w:rPr>
                <w:rFonts w:hint="eastAsia"/>
                <w:lang w:eastAsia="ja-JP"/>
              </w:rPr>
              <w:t>11/</w:t>
            </w:r>
            <w:r w:rsidR="006F48D6">
              <w:rPr>
                <w:rFonts w:hint="eastAsia"/>
                <w:lang w:eastAsia="ja-JP"/>
              </w:rPr>
              <w:t>21</w:t>
            </w:r>
            <w:r w:rsidR="00666132">
              <w:rPr>
                <w:rFonts w:hint="eastAsia"/>
                <w:lang w:eastAsia="ja-JP"/>
              </w:rPr>
              <w:t>（土）</w:t>
            </w:r>
          </w:p>
        </w:tc>
      </w:tr>
      <w:tr w:rsidR="00D23825" w14:paraId="1DBAB57F" w14:textId="77777777" w:rsidTr="001B7D30">
        <w:trPr>
          <w:trHeight w:val="425"/>
        </w:trPr>
        <w:tc>
          <w:tcPr>
            <w:tcW w:w="2789" w:type="dxa"/>
          </w:tcPr>
          <w:p w14:paraId="247E92A7" w14:textId="623EC4CF" w:rsidR="00D23825" w:rsidRDefault="00164664">
            <w:r>
              <w:rPr>
                <w:rFonts w:hint="eastAsia"/>
                <w:lang w:eastAsia="ja-JP"/>
              </w:rPr>
              <w:t>お名前</w:t>
            </w:r>
            <w:r>
              <w:t>（</w:t>
            </w:r>
            <w:proofErr w:type="spellStart"/>
            <w:r>
              <w:t>代表者</w:t>
            </w:r>
            <w:proofErr w:type="spellEnd"/>
            <w:r>
              <w:t>）</w:t>
            </w:r>
          </w:p>
        </w:tc>
        <w:tc>
          <w:tcPr>
            <w:tcW w:w="5309" w:type="dxa"/>
          </w:tcPr>
          <w:p w14:paraId="26CCE6B0" w14:textId="7A5B41CB" w:rsidR="00D23825" w:rsidRDefault="00D23825"/>
        </w:tc>
      </w:tr>
      <w:tr w:rsidR="00125D26" w14:paraId="3BAF7FB5" w14:textId="77777777" w:rsidTr="001B7D30">
        <w:trPr>
          <w:trHeight w:val="425"/>
        </w:trPr>
        <w:tc>
          <w:tcPr>
            <w:tcW w:w="2789" w:type="dxa"/>
          </w:tcPr>
          <w:p w14:paraId="4AFB3E0C" w14:textId="580449A0" w:rsidR="00125D26" w:rsidRDefault="00125D26">
            <w:pPr>
              <w:rPr>
                <w:lang w:eastAsia="ja-JP"/>
              </w:rPr>
            </w:pPr>
            <w:r w:rsidRPr="00125D26">
              <w:rPr>
                <w:lang w:eastAsia="ja-JP"/>
              </w:rPr>
              <w:t>参加人数</w:t>
            </w:r>
            <w:r w:rsidRPr="00125D26">
              <w:rPr>
                <w:lang w:eastAsia="ja-JP"/>
              </w:rPr>
              <w:tab/>
            </w:r>
            <w:r w:rsidRPr="00125D26">
              <w:rPr>
                <w:lang w:eastAsia="ja-JP"/>
              </w:rPr>
              <w:t xml:space="preserve">　　　　</w:t>
            </w:r>
          </w:p>
        </w:tc>
        <w:tc>
          <w:tcPr>
            <w:tcW w:w="5309" w:type="dxa"/>
          </w:tcPr>
          <w:p w14:paraId="238836EA" w14:textId="2A4FE763" w:rsidR="00125D26" w:rsidRDefault="00125D26">
            <w:r>
              <w:rPr>
                <w:rFonts w:hint="eastAsia"/>
                <w:lang w:eastAsia="ja-JP"/>
              </w:rPr>
              <w:t xml:space="preserve">　　　　人</w:t>
            </w:r>
          </w:p>
        </w:tc>
      </w:tr>
      <w:tr w:rsidR="00125D26" w14:paraId="166F1687" w14:textId="77777777" w:rsidTr="00666132">
        <w:trPr>
          <w:trHeight w:val="469"/>
        </w:trPr>
        <w:tc>
          <w:tcPr>
            <w:tcW w:w="2789" w:type="dxa"/>
          </w:tcPr>
          <w:p w14:paraId="40388871" w14:textId="7CA5741B" w:rsidR="00125D26" w:rsidRDefault="002150E0" w:rsidP="00125D26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お</w:t>
            </w:r>
            <w:r w:rsidR="00125D26">
              <w:rPr>
                <w:rFonts w:hint="eastAsia"/>
                <w:lang w:eastAsia="ja-JP"/>
              </w:rPr>
              <w:t>電話番号</w:t>
            </w:r>
          </w:p>
          <w:p w14:paraId="73CB9C47" w14:textId="01560E2F" w:rsidR="00125D26" w:rsidRPr="00125D26" w:rsidRDefault="00125D26" w:rsidP="00125D26">
            <w:pPr>
              <w:rPr>
                <w:lang w:eastAsia="ja-JP"/>
              </w:rPr>
            </w:pPr>
            <w:r w:rsidRPr="00125D26">
              <w:rPr>
                <w:rFonts w:hint="eastAsia"/>
                <w:sz w:val="18"/>
                <w:szCs w:val="18"/>
                <w:lang w:eastAsia="ja-JP"/>
              </w:rPr>
              <w:t>(</w:t>
            </w:r>
            <w:r w:rsidRPr="00125D26">
              <w:rPr>
                <w:rFonts w:hint="eastAsia"/>
                <w:sz w:val="18"/>
                <w:szCs w:val="18"/>
                <w:lang w:eastAsia="ja-JP"/>
              </w:rPr>
              <w:t>当日も含め連絡可能な連絡先</w:t>
            </w:r>
            <w:r w:rsidRPr="00125D26">
              <w:rPr>
                <w:rFonts w:hint="eastAsia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5309" w:type="dxa"/>
          </w:tcPr>
          <w:p w14:paraId="653752C4" w14:textId="48977987" w:rsidR="00125D26" w:rsidRDefault="00666132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</w:t>
            </w:r>
          </w:p>
        </w:tc>
      </w:tr>
      <w:tr w:rsidR="00125D26" w14:paraId="22849931" w14:textId="77777777" w:rsidTr="001B7D30">
        <w:trPr>
          <w:trHeight w:val="425"/>
        </w:trPr>
        <w:tc>
          <w:tcPr>
            <w:tcW w:w="2789" w:type="dxa"/>
          </w:tcPr>
          <w:p w14:paraId="7541CB72" w14:textId="75FCADF2" w:rsidR="00125D26" w:rsidRDefault="00125D26" w:rsidP="00125D26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詳細連絡用メール</w:t>
            </w:r>
            <w:r w:rsidR="002150E0">
              <w:rPr>
                <w:rFonts w:hint="eastAsia"/>
                <w:lang w:eastAsia="ja-JP"/>
              </w:rPr>
              <w:t>先</w:t>
            </w:r>
            <w:r>
              <w:rPr>
                <w:rFonts w:hint="eastAsia"/>
                <w:lang w:eastAsia="ja-JP"/>
              </w:rPr>
              <w:t>等</w:t>
            </w:r>
          </w:p>
          <w:p w14:paraId="2EA02805" w14:textId="7826CA33" w:rsidR="00125D26" w:rsidRDefault="00125D26" w:rsidP="00125D26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メールアドレス、</w:t>
            </w:r>
            <w:r>
              <w:rPr>
                <w:rFonts w:hint="eastAsia"/>
                <w:lang w:eastAsia="ja-JP"/>
              </w:rPr>
              <w:t>FAX</w:t>
            </w:r>
          </w:p>
        </w:tc>
        <w:tc>
          <w:tcPr>
            <w:tcW w:w="5309" w:type="dxa"/>
          </w:tcPr>
          <w:p w14:paraId="512C1092" w14:textId="77777777" w:rsidR="00125D26" w:rsidRDefault="00125D26">
            <w:pPr>
              <w:rPr>
                <w:lang w:eastAsia="ja-JP"/>
              </w:rPr>
            </w:pPr>
          </w:p>
        </w:tc>
      </w:tr>
      <w:tr w:rsidR="00D23825" w14:paraId="63FE14FD" w14:textId="77777777" w:rsidTr="001B7D30">
        <w:trPr>
          <w:trHeight w:val="421"/>
        </w:trPr>
        <w:tc>
          <w:tcPr>
            <w:tcW w:w="2789" w:type="dxa"/>
          </w:tcPr>
          <w:p w14:paraId="3F453321" w14:textId="58795D17" w:rsidR="00D23825" w:rsidRDefault="002150E0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ご</w:t>
            </w:r>
            <w:r w:rsidR="00582F8B">
              <w:rPr>
                <w:lang w:eastAsia="ja-JP"/>
              </w:rPr>
              <w:t>住所</w:t>
            </w:r>
            <w:r w:rsidR="0014739B">
              <w:rPr>
                <w:rFonts w:hint="eastAsia"/>
                <w:lang w:eastAsia="ja-JP"/>
              </w:rPr>
              <w:t>（市</w:t>
            </w:r>
            <w:r w:rsidR="000B3166">
              <w:rPr>
                <w:rFonts w:hint="eastAsia"/>
                <w:lang w:eastAsia="ja-JP"/>
              </w:rPr>
              <w:t>区</w:t>
            </w:r>
            <w:r w:rsidR="0014739B">
              <w:rPr>
                <w:rFonts w:hint="eastAsia"/>
                <w:lang w:eastAsia="ja-JP"/>
              </w:rPr>
              <w:t>町村のみ）</w:t>
            </w:r>
          </w:p>
        </w:tc>
        <w:tc>
          <w:tcPr>
            <w:tcW w:w="5309" w:type="dxa"/>
          </w:tcPr>
          <w:p w14:paraId="5CC74710" w14:textId="77976BC7" w:rsidR="00D23825" w:rsidRDefault="002150E0">
            <w:r>
              <w:rPr>
                <w:rFonts w:hint="eastAsia"/>
                <w:lang w:eastAsia="ja-JP"/>
              </w:rPr>
              <w:t xml:space="preserve">　　　　　　　市</w:t>
            </w:r>
            <w:r w:rsidR="000B3166">
              <w:rPr>
                <w:rFonts w:hint="eastAsia"/>
                <w:lang w:eastAsia="ja-JP"/>
              </w:rPr>
              <w:t>・区</w:t>
            </w:r>
            <w:r>
              <w:rPr>
                <w:rFonts w:hint="eastAsia"/>
                <w:lang w:eastAsia="ja-JP"/>
              </w:rPr>
              <w:t>・町・村</w:t>
            </w:r>
          </w:p>
        </w:tc>
      </w:tr>
      <w:tr w:rsidR="0014739B" w14:paraId="269A2AF3" w14:textId="77777777" w:rsidTr="001B7D30">
        <w:trPr>
          <w:trHeight w:val="413"/>
        </w:trPr>
        <w:tc>
          <w:tcPr>
            <w:tcW w:w="2789" w:type="dxa"/>
          </w:tcPr>
          <w:p w14:paraId="50BA9C22" w14:textId="3B76908D" w:rsidR="0014739B" w:rsidRDefault="0014739B">
            <w:r>
              <w:rPr>
                <w:rFonts w:hint="eastAsia"/>
                <w:lang w:eastAsia="ja-JP"/>
              </w:rPr>
              <w:t>来場手段</w:t>
            </w:r>
          </w:p>
        </w:tc>
        <w:tc>
          <w:tcPr>
            <w:tcW w:w="5309" w:type="dxa"/>
          </w:tcPr>
          <w:p w14:paraId="2204A0D1" w14:textId="01097703" w:rsidR="0014739B" w:rsidRDefault="0014739B" w:rsidP="006804F9">
            <w:pPr>
              <w:ind w:firstLineChars="100" w:firstLine="22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車</w:t>
            </w:r>
            <w:r w:rsidRPr="0014739B">
              <w:rPr>
                <w:rFonts w:hint="eastAsia"/>
                <w:sz w:val="20"/>
                <w:szCs w:val="20"/>
                <w:lang w:eastAsia="ja-JP"/>
              </w:rPr>
              <w:t>（同乗含む）</w:t>
            </w:r>
            <w:r>
              <w:rPr>
                <w:rFonts w:hint="eastAsia"/>
                <w:sz w:val="20"/>
                <w:szCs w:val="20"/>
                <w:lang w:eastAsia="ja-JP"/>
              </w:rPr>
              <w:t>、</w:t>
            </w:r>
            <w:r w:rsidR="00164664">
              <w:rPr>
                <w:rFonts w:hint="eastAsia"/>
                <w:sz w:val="20"/>
                <w:szCs w:val="20"/>
                <w:lang w:eastAsia="ja-JP"/>
              </w:rPr>
              <w:t>その他（バス・電車など）</w:t>
            </w:r>
          </w:p>
        </w:tc>
      </w:tr>
      <w:tr w:rsidR="00B57DA4" w14:paraId="6739CA50" w14:textId="77777777" w:rsidTr="001B7D30">
        <w:trPr>
          <w:trHeight w:val="413"/>
        </w:trPr>
        <w:tc>
          <w:tcPr>
            <w:tcW w:w="2789" w:type="dxa"/>
          </w:tcPr>
          <w:p w14:paraId="793FD8E1" w14:textId="66223B86" w:rsidR="00B57DA4" w:rsidRDefault="00797556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11/21 </w:t>
            </w:r>
            <w:r>
              <w:rPr>
                <w:rFonts w:hint="eastAsia"/>
                <w:lang w:eastAsia="ja-JP"/>
              </w:rPr>
              <w:t>参加者のみ</w:t>
            </w:r>
          </w:p>
        </w:tc>
        <w:tc>
          <w:tcPr>
            <w:tcW w:w="5309" w:type="dxa"/>
          </w:tcPr>
          <w:p w14:paraId="21702B4C" w14:textId="2952D3BD" w:rsidR="00B57DA4" w:rsidRDefault="00B57DA4" w:rsidP="006804F9">
            <w:pPr>
              <w:ind w:firstLineChars="100" w:firstLine="22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レンタサイクルの予約</w:t>
            </w:r>
            <w:r w:rsidR="0048670D">
              <w:rPr>
                <w:rFonts w:hint="eastAsia"/>
                <w:lang w:eastAsia="ja-JP"/>
              </w:rPr>
              <w:t xml:space="preserve">　有・無</w:t>
            </w:r>
            <w:r w:rsidRPr="0048670D">
              <w:rPr>
                <w:rFonts w:hint="eastAsia"/>
                <w:sz w:val="20"/>
                <w:szCs w:val="20"/>
                <w:lang w:eastAsia="ja-JP"/>
              </w:rPr>
              <w:t>（必要台数</w:t>
            </w:r>
            <w:r w:rsidR="001B7D30">
              <w:rPr>
                <w:rFonts w:hint="eastAsia"/>
                <w:sz w:val="20"/>
                <w:szCs w:val="20"/>
                <w:lang w:eastAsia="ja-JP"/>
              </w:rPr>
              <w:t xml:space="preserve">   </w:t>
            </w:r>
            <w:r w:rsidRPr="0048670D">
              <w:rPr>
                <w:rFonts w:hint="eastAsia"/>
                <w:sz w:val="20"/>
                <w:szCs w:val="20"/>
                <w:lang w:eastAsia="ja-JP"/>
              </w:rPr>
              <w:t xml:space="preserve">　</w:t>
            </w:r>
            <w:r w:rsidR="001B7D30">
              <w:rPr>
                <w:rFonts w:hint="eastAsia"/>
                <w:sz w:val="20"/>
                <w:szCs w:val="20"/>
                <w:lang w:eastAsia="ja-JP"/>
              </w:rPr>
              <w:t>台</w:t>
            </w:r>
            <w:r w:rsidRPr="0048670D">
              <w:rPr>
                <w:rFonts w:hint="eastAsia"/>
                <w:sz w:val="20"/>
                <w:szCs w:val="20"/>
                <w:lang w:eastAsia="ja-JP"/>
              </w:rPr>
              <w:t>）</w:t>
            </w:r>
          </w:p>
        </w:tc>
      </w:tr>
      <w:tr w:rsidR="00D23825" w14:paraId="4E3C57DE" w14:textId="77777777" w:rsidTr="001B7D30">
        <w:trPr>
          <w:trHeight w:val="418"/>
        </w:trPr>
        <w:tc>
          <w:tcPr>
            <w:tcW w:w="2789" w:type="dxa"/>
          </w:tcPr>
          <w:p w14:paraId="5C184AF5" w14:textId="752CF012" w:rsidR="00D23825" w:rsidRDefault="00582F8B">
            <w:proofErr w:type="spellStart"/>
            <w:r>
              <w:t>備考</w:t>
            </w:r>
            <w:proofErr w:type="spellEnd"/>
            <w:r w:rsidR="00125D26">
              <w:rPr>
                <w:rFonts w:hint="eastAsia"/>
                <w:lang w:eastAsia="ja-JP"/>
              </w:rPr>
              <w:t>欄（ご質問等）</w:t>
            </w:r>
          </w:p>
        </w:tc>
        <w:tc>
          <w:tcPr>
            <w:tcW w:w="5309" w:type="dxa"/>
          </w:tcPr>
          <w:p w14:paraId="2B0086B3" w14:textId="2DB8B43D" w:rsidR="00D23825" w:rsidRDefault="00D23825" w:rsidP="002A17EC">
            <w:pPr>
              <w:ind w:firstLineChars="100" w:firstLine="220"/>
              <w:rPr>
                <w:lang w:eastAsia="ja-JP"/>
              </w:rPr>
            </w:pPr>
          </w:p>
        </w:tc>
      </w:tr>
    </w:tbl>
    <w:p w14:paraId="7C03CD7D" w14:textId="4C186FAF" w:rsidR="00D23825" w:rsidRDefault="00F45368" w:rsidP="00E410E2">
      <w:pPr>
        <w:spacing w:beforeLines="50" w:before="120" w:after="0"/>
        <w:ind w:leftChars="200" w:left="440"/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定員に達し次第、受付を終了いたします。</w:t>
      </w:r>
      <w:r>
        <w:rPr>
          <w:lang w:eastAsia="ja-JP"/>
        </w:rPr>
        <w:br/>
        <w:t>※</w:t>
      </w:r>
      <w:r>
        <w:rPr>
          <w:lang w:eastAsia="ja-JP"/>
        </w:rPr>
        <w:t>受付完了後、</w:t>
      </w:r>
      <w:r w:rsidR="0084025A">
        <w:rPr>
          <w:rFonts w:hint="eastAsia"/>
          <w:lang w:eastAsia="ja-JP"/>
        </w:rPr>
        <w:t>下記</w:t>
      </w:r>
      <w:r>
        <w:rPr>
          <w:lang w:eastAsia="ja-JP"/>
        </w:rPr>
        <w:t>担当者よ</w:t>
      </w:r>
      <w:r w:rsidR="0084025A">
        <w:rPr>
          <w:rFonts w:hint="eastAsia"/>
          <w:lang w:eastAsia="ja-JP"/>
        </w:rPr>
        <w:t>り</w:t>
      </w:r>
      <w:r>
        <w:rPr>
          <w:lang w:eastAsia="ja-JP"/>
        </w:rPr>
        <w:t>連絡</w:t>
      </w:r>
      <w:r w:rsidR="0084025A">
        <w:rPr>
          <w:rFonts w:hint="eastAsia"/>
          <w:lang w:eastAsia="ja-JP"/>
        </w:rPr>
        <w:t>いたします</w:t>
      </w:r>
      <w:r>
        <w:rPr>
          <w:lang w:eastAsia="ja-JP"/>
        </w:rPr>
        <w:t>。</w:t>
      </w:r>
      <w:r w:rsidR="0084025A">
        <w:rPr>
          <w:rFonts w:hint="eastAsia"/>
          <w:lang w:eastAsia="ja-JP"/>
        </w:rPr>
        <w:t>(</w:t>
      </w:r>
      <w:r w:rsidR="0084025A">
        <w:rPr>
          <w:rFonts w:hint="eastAsia"/>
          <w:lang w:eastAsia="ja-JP"/>
        </w:rPr>
        <w:t>携帯番号をご登録願います</w:t>
      </w:r>
      <w:r w:rsidR="0084025A">
        <w:rPr>
          <w:rFonts w:hint="eastAsia"/>
          <w:lang w:eastAsia="ja-JP"/>
        </w:rPr>
        <w:t>)</w:t>
      </w:r>
    </w:p>
    <w:p w14:paraId="6FF1A216" w14:textId="482D4202" w:rsidR="00E410E2" w:rsidRDefault="00E410E2" w:rsidP="00E410E2">
      <w:pPr>
        <w:spacing w:after="0" w:line="240" w:lineRule="auto"/>
        <w:ind w:leftChars="200" w:left="440"/>
        <w:rPr>
          <w:lang w:eastAsia="ja-JP"/>
        </w:rPr>
      </w:pPr>
      <w:r>
        <w:rPr>
          <w:noProof/>
          <w:lang w:eastAsia="ja-JP"/>
        </w:rPr>
        <w:drawing>
          <wp:anchor distT="0" distB="0" distL="114300" distR="114300" simplePos="0" relativeHeight="251656192" behindDoc="0" locked="0" layoutInCell="1" allowOverlap="1" wp14:anchorId="23C7DF53" wp14:editId="208EA063">
            <wp:simplePos x="0" y="0"/>
            <wp:positionH relativeFrom="column">
              <wp:posOffset>4038600</wp:posOffset>
            </wp:positionH>
            <wp:positionV relativeFrom="paragraph">
              <wp:posOffset>314325</wp:posOffset>
            </wp:positionV>
            <wp:extent cx="730250" cy="730250"/>
            <wp:effectExtent l="0" t="0" r="0" b="0"/>
            <wp:wrapThrough wrapText="bothSides">
              <wp:wrapPolygon edited="0">
                <wp:start x="0" y="0"/>
                <wp:lineTo x="0" y="20849"/>
                <wp:lineTo x="20849" y="20849"/>
                <wp:lineTo x="20849" y="0"/>
                <wp:lineTo x="0" y="0"/>
              </wp:wrapPolygon>
            </wp:wrapThrough>
            <wp:docPr id="1513230892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230892" name="図 1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lang w:eastAsia="ja-JP"/>
        </w:rPr>
        <w:t>・上記情報は、個人情報保護法に基づき本ツアー運営以外使用いたしません。</w:t>
      </w:r>
    </w:p>
    <w:p w14:paraId="5CF23F5E" w14:textId="0B4A2F8E" w:rsidR="00E410E2" w:rsidRPr="00E410E2" w:rsidRDefault="00E410E2" w:rsidP="00E410E2">
      <w:pPr>
        <w:spacing w:after="0" w:line="240" w:lineRule="auto"/>
        <w:ind w:leftChars="200" w:left="440"/>
        <w:rPr>
          <w:lang w:eastAsia="ja-JP"/>
        </w:rPr>
      </w:pPr>
      <w:r>
        <w:rPr>
          <w:noProof/>
          <w:lang w:eastAsia="ja-JP"/>
        </w:rPr>
        <w:drawing>
          <wp:anchor distT="0" distB="0" distL="114300" distR="114300" simplePos="0" relativeHeight="251676672" behindDoc="0" locked="0" layoutInCell="1" allowOverlap="1" wp14:anchorId="22CB15F5" wp14:editId="1E2154CE">
            <wp:simplePos x="0" y="0"/>
            <wp:positionH relativeFrom="column">
              <wp:posOffset>5073650</wp:posOffset>
            </wp:positionH>
            <wp:positionV relativeFrom="paragraph">
              <wp:posOffset>139065</wp:posOffset>
            </wp:positionV>
            <wp:extent cx="717550" cy="717550"/>
            <wp:effectExtent l="0" t="0" r="6350" b="6350"/>
            <wp:wrapThrough wrapText="bothSides">
              <wp:wrapPolygon edited="0">
                <wp:start x="0" y="0"/>
                <wp:lineTo x="0" y="21218"/>
                <wp:lineTo x="21218" y="21218"/>
                <wp:lineTo x="21218" y="0"/>
                <wp:lineTo x="0" y="0"/>
              </wp:wrapPolygon>
            </wp:wrapThrough>
            <wp:docPr id="147254581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96950D" w14:textId="7D9B3D50" w:rsidR="00B907FA" w:rsidRDefault="00E410E2" w:rsidP="00B907FA">
      <w:pPr>
        <w:spacing w:after="0" w:line="240" w:lineRule="auto"/>
        <w:ind w:leftChars="200" w:left="440"/>
        <w:rPr>
          <w:lang w:eastAsia="ja-JP"/>
        </w:rPr>
      </w:pPr>
      <w:r>
        <w:rPr>
          <w:rFonts w:hint="eastAsia"/>
          <w:lang w:eastAsia="ja-JP"/>
        </w:rPr>
        <w:t>※当</w:t>
      </w:r>
      <w:r w:rsidR="00B907FA">
        <w:rPr>
          <w:rFonts w:hint="eastAsia"/>
          <w:lang w:eastAsia="ja-JP"/>
        </w:rPr>
        <w:t>日【</w:t>
      </w:r>
      <w:r w:rsidR="00B907FA" w:rsidRPr="00F45368">
        <w:rPr>
          <w:b/>
          <w:bCs/>
          <w:lang w:eastAsia="ja-JP"/>
        </w:rPr>
        <w:t>復元・体感アプリ</w:t>
      </w:r>
      <w:r>
        <w:rPr>
          <w:rFonts w:hint="eastAsia"/>
          <w:b/>
          <w:bCs/>
          <w:lang w:eastAsia="ja-JP"/>
        </w:rPr>
        <w:t>「</w:t>
      </w:r>
      <w:r w:rsidR="00B907FA" w:rsidRPr="00F45368">
        <w:rPr>
          <w:b/>
          <w:bCs/>
          <w:lang w:eastAsia="ja-JP"/>
        </w:rPr>
        <w:t>安土城」</w:t>
      </w:r>
      <w:r w:rsidR="00B907FA">
        <w:rPr>
          <w:rFonts w:hint="eastAsia"/>
          <w:lang w:eastAsia="ja-JP"/>
        </w:rPr>
        <w:t>】を</w:t>
      </w:r>
      <w:r>
        <w:rPr>
          <w:rFonts w:hint="eastAsia"/>
          <w:lang w:eastAsia="ja-JP"/>
        </w:rPr>
        <w:t>使用し</w:t>
      </w:r>
      <w:r w:rsidR="00B907FA">
        <w:rPr>
          <w:rFonts w:hint="eastAsia"/>
          <w:lang w:eastAsia="ja-JP"/>
        </w:rPr>
        <w:t>ながら、</w:t>
      </w:r>
      <w:r w:rsidR="00F45368">
        <w:rPr>
          <w:rFonts w:hint="eastAsia"/>
          <w:lang w:eastAsia="ja-JP"/>
        </w:rPr>
        <w:t xml:space="preserve">　　　　　　　　　　　　　　　　　　　　</w:t>
      </w:r>
    </w:p>
    <w:p w14:paraId="0F92DCA4" w14:textId="24AAB86B" w:rsidR="00B907FA" w:rsidRDefault="00B907FA" w:rsidP="00E410E2">
      <w:pPr>
        <w:spacing w:after="0" w:line="240" w:lineRule="auto"/>
        <w:ind w:leftChars="200" w:left="440" w:firstLineChars="100" w:firstLine="220"/>
        <w:rPr>
          <w:lang w:eastAsia="ja-JP"/>
        </w:rPr>
      </w:pPr>
      <w:r>
        <w:rPr>
          <w:rFonts w:hint="eastAsia"/>
          <w:lang w:eastAsia="ja-JP"/>
        </w:rPr>
        <w:t>ツアー参加も可能です。</w:t>
      </w:r>
    </w:p>
    <w:p w14:paraId="4C6B1FE9" w14:textId="75E37EFA" w:rsidR="00B907FA" w:rsidRDefault="00B907FA" w:rsidP="00E410E2">
      <w:pPr>
        <w:spacing w:after="0" w:line="240" w:lineRule="auto"/>
        <w:ind w:leftChars="200" w:left="440" w:firstLineChars="100" w:firstLine="220"/>
        <w:rPr>
          <w:lang w:eastAsia="ja-JP"/>
        </w:rPr>
      </w:pPr>
      <w:r>
        <w:rPr>
          <w:rFonts w:hint="eastAsia"/>
          <w:lang w:eastAsia="ja-JP"/>
        </w:rPr>
        <w:t>その場合は、右の</w:t>
      </w:r>
      <w:r>
        <w:rPr>
          <w:rFonts w:hint="eastAsia"/>
          <w:lang w:eastAsia="ja-JP"/>
        </w:rPr>
        <w:t>QR</w:t>
      </w:r>
      <w:r>
        <w:rPr>
          <w:rFonts w:hint="eastAsia"/>
          <w:lang w:eastAsia="ja-JP"/>
        </w:rPr>
        <w:t>アプリを</w:t>
      </w:r>
      <w:r w:rsidRPr="00B907FA">
        <w:rPr>
          <w:lang w:eastAsia="ja-JP"/>
        </w:rPr>
        <w:t>事前に</w:t>
      </w:r>
      <w:r>
        <w:rPr>
          <w:rFonts w:hint="eastAsia"/>
          <w:lang w:eastAsia="ja-JP"/>
        </w:rPr>
        <w:t>ダウンロードして</w:t>
      </w:r>
      <w:r w:rsidR="00F45368">
        <w:rPr>
          <w:rFonts w:hint="eastAsia"/>
          <w:lang w:eastAsia="ja-JP"/>
        </w:rPr>
        <w:t xml:space="preserve">　　　</w:t>
      </w:r>
    </w:p>
    <w:p w14:paraId="50982561" w14:textId="318F5D50" w:rsidR="00B907FA" w:rsidRDefault="00B907FA" w:rsidP="00E410E2">
      <w:pPr>
        <w:spacing w:afterLines="50" w:after="120" w:line="240" w:lineRule="auto"/>
        <w:ind w:leftChars="300" w:left="6490" w:hangingChars="2650" w:hanging="5830"/>
        <w:rPr>
          <w:lang w:eastAsia="ja-JP"/>
        </w:rPr>
      </w:pPr>
      <w:r>
        <w:rPr>
          <w:rFonts w:hint="eastAsia"/>
          <w:lang w:eastAsia="ja-JP"/>
        </w:rPr>
        <w:t>おいてください。</w:t>
      </w:r>
      <w:r w:rsidR="00F45368">
        <w:rPr>
          <w:rFonts w:hint="eastAsia"/>
          <w:lang w:eastAsia="ja-JP"/>
        </w:rPr>
        <w:t xml:space="preserve">　　　　　　　　　　　　　　　　　　</w:t>
      </w:r>
      <w:r w:rsidR="00E410E2">
        <w:rPr>
          <w:rFonts w:hint="eastAsia"/>
          <w:lang w:eastAsia="ja-JP"/>
        </w:rPr>
        <w:t xml:space="preserve"> </w:t>
      </w:r>
      <w:r w:rsidR="00E410E2">
        <w:rPr>
          <w:rFonts w:hint="eastAsia"/>
          <w:lang w:eastAsia="ja-JP"/>
        </w:rPr>
        <w:t xml:space="preserve">　　　　　　　　　　　　　</w:t>
      </w:r>
      <w:r w:rsidR="00F45368" w:rsidRPr="00F45368">
        <w:rPr>
          <w:lang w:eastAsia="ja-JP"/>
        </w:rPr>
        <w:t>App Store</w:t>
      </w:r>
      <w:r w:rsidR="00F45368">
        <w:rPr>
          <w:rFonts w:hint="eastAsia"/>
          <w:lang w:eastAsia="ja-JP"/>
        </w:rPr>
        <w:t xml:space="preserve">　</w:t>
      </w:r>
      <w:r w:rsidR="00E410E2">
        <w:rPr>
          <w:rFonts w:hint="eastAsia"/>
          <w:lang w:eastAsia="ja-JP"/>
        </w:rPr>
        <w:t xml:space="preserve">　</w:t>
      </w:r>
      <w:r w:rsidR="00F45368">
        <w:rPr>
          <w:rFonts w:hint="eastAsia"/>
          <w:lang w:eastAsia="ja-JP"/>
        </w:rPr>
        <w:t xml:space="preserve">　</w:t>
      </w:r>
      <w:r w:rsidR="00F45368" w:rsidRPr="00F45368">
        <w:rPr>
          <w:lang w:eastAsia="ja-JP"/>
        </w:rPr>
        <w:t>Google Play</w:t>
      </w:r>
    </w:p>
    <w:p w14:paraId="2139BD1A" w14:textId="77777777" w:rsidR="00E575CB" w:rsidRPr="00376AE9" w:rsidRDefault="00E575CB" w:rsidP="00E575CB">
      <w:pPr>
        <w:spacing w:beforeLines="50" w:before="120" w:after="0" w:line="240" w:lineRule="auto"/>
        <w:ind w:leftChars="200" w:left="440"/>
        <w:rPr>
          <w:bdr w:val="single" w:sz="4" w:space="0" w:color="auto"/>
          <w:lang w:eastAsia="ja-JP"/>
        </w:rPr>
      </w:pPr>
      <w:r w:rsidRPr="00376AE9">
        <w:rPr>
          <w:rFonts w:hint="eastAsia"/>
          <w:bdr w:val="single" w:sz="4" w:space="0" w:color="auto"/>
          <w:lang w:eastAsia="ja-JP"/>
        </w:rPr>
        <w:t>注意事項</w:t>
      </w:r>
    </w:p>
    <w:p w14:paraId="29C3D256" w14:textId="77777777" w:rsidR="00B55C63" w:rsidRDefault="00E575CB" w:rsidP="00125D26">
      <w:pPr>
        <w:spacing w:after="0" w:line="240" w:lineRule="auto"/>
        <w:ind w:leftChars="200" w:left="440"/>
        <w:rPr>
          <w:lang w:eastAsia="ja-JP"/>
        </w:rPr>
      </w:pPr>
      <w:r>
        <w:rPr>
          <w:rFonts w:hint="eastAsia"/>
          <w:lang w:eastAsia="ja-JP"/>
        </w:rPr>
        <w:t>・雨天</w:t>
      </w:r>
      <w:r w:rsidR="0038388B">
        <w:rPr>
          <w:rFonts w:hint="eastAsia"/>
          <w:lang w:eastAsia="ja-JP"/>
        </w:rPr>
        <w:t>は基本的に中止。</w:t>
      </w:r>
    </w:p>
    <w:p w14:paraId="3F1853E7" w14:textId="07ECFD73" w:rsidR="00E575CB" w:rsidRDefault="00E575CB" w:rsidP="00125D26">
      <w:pPr>
        <w:spacing w:after="0" w:line="240" w:lineRule="auto"/>
        <w:ind w:leftChars="200" w:left="440"/>
        <w:rPr>
          <w:lang w:eastAsia="ja-JP"/>
        </w:rPr>
      </w:pPr>
      <w:r>
        <w:rPr>
          <w:rFonts w:hint="eastAsia"/>
          <w:lang w:eastAsia="ja-JP"/>
        </w:rPr>
        <w:t>（ただし</w:t>
      </w:r>
      <w:r w:rsidR="00B5191E">
        <w:rPr>
          <w:rFonts w:hint="eastAsia"/>
          <w:lang w:eastAsia="ja-JP"/>
        </w:rPr>
        <w:t>、小雨が予想される場合</w:t>
      </w:r>
      <w:r w:rsidR="00170F49">
        <w:rPr>
          <w:rFonts w:hint="eastAsia"/>
          <w:lang w:eastAsia="ja-JP"/>
        </w:rPr>
        <w:t>は</w:t>
      </w:r>
      <w:r w:rsidR="00B5191E">
        <w:rPr>
          <w:rFonts w:hint="eastAsia"/>
          <w:lang w:eastAsia="ja-JP"/>
        </w:rPr>
        <w:t>コースの変更も</w:t>
      </w:r>
      <w:r w:rsidR="00170F49">
        <w:rPr>
          <w:rFonts w:hint="eastAsia"/>
          <w:lang w:eastAsia="ja-JP"/>
        </w:rPr>
        <w:t>含め開催します</w:t>
      </w:r>
      <w:r>
        <w:rPr>
          <w:rFonts w:hint="eastAsia"/>
          <w:lang w:eastAsia="ja-JP"/>
        </w:rPr>
        <w:t>）</w:t>
      </w:r>
    </w:p>
    <w:p w14:paraId="2357AD5F" w14:textId="140AC9C2" w:rsidR="00E575CB" w:rsidRDefault="00E575CB" w:rsidP="00125D26">
      <w:pPr>
        <w:spacing w:after="0" w:line="240" w:lineRule="auto"/>
        <w:ind w:leftChars="200" w:left="440"/>
        <w:rPr>
          <w:lang w:eastAsia="ja-JP"/>
        </w:rPr>
      </w:pPr>
      <w:r>
        <w:rPr>
          <w:rFonts w:hint="eastAsia"/>
          <w:lang w:eastAsia="ja-JP"/>
        </w:rPr>
        <w:t>・動きやすい服装、歩きやすい靴でご参加ください</w:t>
      </w:r>
    </w:p>
    <w:p w14:paraId="2E25F263" w14:textId="0A478860" w:rsidR="00125D26" w:rsidRDefault="00125D26" w:rsidP="00125D26">
      <w:pPr>
        <w:spacing w:after="0" w:line="240" w:lineRule="auto"/>
        <w:ind w:leftChars="200" w:left="440"/>
        <w:rPr>
          <w:lang w:eastAsia="ja-JP"/>
        </w:rPr>
      </w:pPr>
      <w:r>
        <w:rPr>
          <w:rFonts w:hint="eastAsia"/>
          <w:lang w:eastAsia="ja-JP"/>
        </w:rPr>
        <w:t>・その他、ご不明な</w:t>
      </w:r>
      <w:r w:rsidR="0084025A">
        <w:rPr>
          <w:rFonts w:hint="eastAsia"/>
          <w:lang w:eastAsia="ja-JP"/>
        </w:rPr>
        <w:t>点</w:t>
      </w:r>
      <w:r>
        <w:rPr>
          <w:rFonts w:hint="eastAsia"/>
          <w:lang w:eastAsia="ja-JP"/>
        </w:rPr>
        <w:t>は企画担当者：川嶋０９０</w:t>
      </w:r>
      <w:r>
        <w:rPr>
          <w:rFonts w:hint="eastAsia"/>
          <w:lang w:eastAsia="ja-JP"/>
        </w:rPr>
        <w:t>-</w:t>
      </w:r>
      <w:r>
        <w:rPr>
          <w:rFonts w:hint="eastAsia"/>
          <w:lang w:eastAsia="ja-JP"/>
        </w:rPr>
        <w:t>１８９０</w:t>
      </w:r>
      <w:r>
        <w:rPr>
          <w:rFonts w:hint="eastAsia"/>
          <w:lang w:eastAsia="ja-JP"/>
        </w:rPr>
        <w:t>-</w:t>
      </w:r>
      <w:r>
        <w:rPr>
          <w:rFonts w:hint="eastAsia"/>
          <w:lang w:eastAsia="ja-JP"/>
        </w:rPr>
        <w:t>５８９２までご連絡願います</w:t>
      </w:r>
    </w:p>
    <w:sectPr w:rsidR="00125D26" w:rsidSect="00FF5CA0">
      <w:pgSz w:w="12240" w:h="15840" w:code="1"/>
      <w:pgMar w:top="851" w:right="1418" w:bottom="454" w:left="15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4325636">
    <w:abstractNumId w:val="8"/>
  </w:num>
  <w:num w:numId="2" w16cid:durableId="1495947769">
    <w:abstractNumId w:val="6"/>
  </w:num>
  <w:num w:numId="3" w16cid:durableId="1807627557">
    <w:abstractNumId w:val="5"/>
  </w:num>
  <w:num w:numId="4" w16cid:durableId="91097223">
    <w:abstractNumId w:val="4"/>
  </w:num>
  <w:num w:numId="5" w16cid:durableId="1704748782">
    <w:abstractNumId w:val="7"/>
  </w:num>
  <w:num w:numId="6" w16cid:durableId="515315788">
    <w:abstractNumId w:val="3"/>
  </w:num>
  <w:num w:numId="7" w16cid:durableId="1501312329">
    <w:abstractNumId w:val="2"/>
  </w:num>
  <w:num w:numId="8" w16cid:durableId="1289362415">
    <w:abstractNumId w:val="1"/>
  </w:num>
  <w:num w:numId="9" w16cid:durableId="665785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F23"/>
    <w:rsid w:val="00026854"/>
    <w:rsid w:val="000313D2"/>
    <w:rsid w:val="00034616"/>
    <w:rsid w:val="0006063C"/>
    <w:rsid w:val="000973E7"/>
    <w:rsid w:val="000A0B9F"/>
    <w:rsid w:val="000A0DC9"/>
    <w:rsid w:val="000B3166"/>
    <w:rsid w:val="000F0DCA"/>
    <w:rsid w:val="000F7768"/>
    <w:rsid w:val="00125D26"/>
    <w:rsid w:val="00142371"/>
    <w:rsid w:val="0014739B"/>
    <w:rsid w:val="0015074B"/>
    <w:rsid w:val="00164664"/>
    <w:rsid w:val="00170F49"/>
    <w:rsid w:val="001A17B7"/>
    <w:rsid w:val="001B7D30"/>
    <w:rsid w:val="001E4276"/>
    <w:rsid w:val="002150E0"/>
    <w:rsid w:val="00247D29"/>
    <w:rsid w:val="00290257"/>
    <w:rsid w:val="0029639D"/>
    <w:rsid w:val="002A17EC"/>
    <w:rsid w:val="00326F90"/>
    <w:rsid w:val="00376AE9"/>
    <w:rsid w:val="0038388B"/>
    <w:rsid w:val="003B15F7"/>
    <w:rsid w:val="003C3693"/>
    <w:rsid w:val="00413ABD"/>
    <w:rsid w:val="00437135"/>
    <w:rsid w:val="004451E1"/>
    <w:rsid w:val="0048670D"/>
    <w:rsid w:val="00582F8B"/>
    <w:rsid w:val="005C2446"/>
    <w:rsid w:val="00655F75"/>
    <w:rsid w:val="00666132"/>
    <w:rsid w:val="00673B38"/>
    <w:rsid w:val="006804F9"/>
    <w:rsid w:val="006C1E93"/>
    <w:rsid w:val="006F48D6"/>
    <w:rsid w:val="00743418"/>
    <w:rsid w:val="00783173"/>
    <w:rsid w:val="00797556"/>
    <w:rsid w:val="007F13EA"/>
    <w:rsid w:val="0084025A"/>
    <w:rsid w:val="00867D55"/>
    <w:rsid w:val="00993475"/>
    <w:rsid w:val="009C3896"/>
    <w:rsid w:val="009C62D0"/>
    <w:rsid w:val="00A1646A"/>
    <w:rsid w:val="00A4647A"/>
    <w:rsid w:val="00A60C27"/>
    <w:rsid w:val="00AA1D8D"/>
    <w:rsid w:val="00B04AFB"/>
    <w:rsid w:val="00B47730"/>
    <w:rsid w:val="00B5191E"/>
    <w:rsid w:val="00B55C63"/>
    <w:rsid w:val="00B57DA4"/>
    <w:rsid w:val="00B907FA"/>
    <w:rsid w:val="00BD15BE"/>
    <w:rsid w:val="00CB0664"/>
    <w:rsid w:val="00D23825"/>
    <w:rsid w:val="00D55A3F"/>
    <w:rsid w:val="00D5780F"/>
    <w:rsid w:val="00D755CF"/>
    <w:rsid w:val="00D93153"/>
    <w:rsid w:val="00D96724"/>
    <w:rsid w:val="00D978B9"/>
    <w:rsid w:val="00DC0F21"/>
    <w:rsid w:val="00E410E2"/>
    <w:rsid w:val="00E575CB"/>
    <w:rsid w:val="00E86E98"/>
    <w:rsid w:val="00F02BA0"/>
    <w:rsid w:val="00F31CD3"/>
    <w:rsid w:val="00F45368"/>
    <w:rsid w:val="00F85149"/>
    <w:rsid w:val="00FC693F"/>
    <w:rsid w:val="00FF556E"/>
    <w:rsid w:val="00FF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271229"/>
  <w14:defaultImageDpi w14:val="330"/>
  <w15:docId w15:val="{77F3D834-E3F5-463D-BAA2-C2E3920E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E575CB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E57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jGev7GZptwhmaZVE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forms.gle/tGzgnpYNuKvHzN6v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黒川　崇</cp:lastModifiedBy>
  <cp:revision>3</cp:revision>
  <dcterms:created xsi:type="dcterms:W3CDTF">2026-09-05T02:33:00Z</dcterms:created>
  <dcterms:modified xsi:type="dcterms:W3CDTF">2026-09-05T02:33:00Z</dcterms:modified>
  <cp:category/>
</cp:coreProperties>
</file>